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86C5" w14:textId="77777777" w:rsidR="00946BD9" w:rsidRDefault="00405680">
      <w:pPr>
        <w:pStyle w:val="Title"/>
      </w:pPr>
      <w:r>
        <w:t>Brendan Wiesner</w:t>
      </w:r>
    </w:p>
    <w:p w14:paraId="5A3715A5" w14:textId="69A33C12" w:rsidR="00946BD9" w:rsidRDefault="00405680">
      <w:r>
        <w:t>43000 12 Oaks Crescent Dr</w:t>
      </w:r>
      <w:r w:rsidR="004F6EFB">
        <w:t>, Unit 4044</w:t>
      </w:r>
      <w:r>
        <w:br/>
        <w:t>Novi, MI 48377</w:t>
      </w:r>
      <w:r>
        <w:br/>
        <w:t>United States</w:t>
      </w:r>
      <w:r>
        <w:br/>
        <w:t>517-898-0348</w:t>
      </w:r>
      <w:r>
        <w:br/>
        <w:t>BrendanWiesner@gmail.com</w:t>
      </w:r>
    </w:p>
    <w:p w14:paraId="0E46523B" w14:textId="77777777" w:rsidR="00946BD9" w:rsidRDefault="00405680">
      <w:pPr>
        <w:pStyle w:val="Heading1"/>
      </w:pPr>
      <w:r>
        <w:t>Summary</w:t>
      </w:r>
    </w:p>
    <w:p w14:paraId="28D93D4C" w14:textId="3F1E19DD" w:rsidR="00F2711C" w:rsidRDefault="00F2711C">
      <w:r>
        <w:t xml:space="preserve">I am an experienced writer, editor, researcher and media professional. I </w:t>
      </w:r>
      <w:r w:rsidR="00AE1124">
        <w:t>was</w:t>
      </w:r>
      <w:r>
        <w:t xml:space="preserve"> born and raised in Michigan and have a passion for perfecting my communication skills and professional relationships.</w:t>
      </w:r>
    </w:p>
    <w:p w14:paraId="3ACD5B81" w14:textId="274D2673" w:rsidR="00946BD9" w:rsidRDefault="00F2711C">
      <w:r>
        <w:t xml:space="preserve">I have experience in journalism, copy editing, </w:t>
      </w:r>
      <w:r w:rsidR="005C1ABF">
        <w:t xml:space="preserve">AI </w:t>
      </w:r>
      <w:r>
        <w:t xml:space="preserve">assisted content review and legal content accuracy. I am skilled in researching complex topics, writing and editing under deadlines, </w:t>
      </w:r>
      <w:r w:rsidR="005C1ABF">
        <w:t>fact checking</w:t>
      </w:r>
      <w:r>
        <w:t>, coordinating with team members</w:t>
      </w:r>
      <w:r w:rsidR="003D04E5">
        <w:t xml:space="preserve"> and</w:t>
      </w:r>
      <w:r>
        <w:t xml:space="preserve">  improv</w:t>
      </w:r>
      <w:r w:rsidR="003D04E5">
        <w:t>ing</w:t>
      </w:r>
      <w:r>
        <w:t xml:space="preserve"> accuracy and clarity.</w:t>
      </w:r>
    </w:p>
    <w:p w14:paraId="733C34EF" w14:textId="77777777" w:rsidR="00946BD9" w:rsidRDefault="00405680">
      <w:pPr>
        <w:pStyle w:val="Heading1"/>
      </w:pPr>
      <w:r>
        <w:t>Work Experience</w:t>
      </w:r>
    </w:p>
    <w:p w14:paraId="67C7A331" w14:textId="77777777" w:rsidR="00946BD9" w:rsidRDefault="00405680">
      <w:pPr>
        <w:pStyle w:val="Heading2"/>
      </w:pPr>
      <w:r>
        <w:t>Michigan Legal Center – Writer and Copy Editor</w:t>
      </w:r>
    </w:p>
    <w:p w14:paraId="70CC7E11" w14:textId="77777777" w:rsidR="00946BD9" w:rsidRDefault="00405680">
      <w:r>
        <w:t>White Lake, Michigan | May 2026 – Present</w:t>
      </w:r>
    </w:p>
    <w:p w14:paraId="70F2A36C" w14:textId="77777777" w:rsidR="009D4298" w:rsidRDefault="00F2711C">
      <w:r>
        <w:t xml:space="preserve">As a writer and editor for Michigan Legal Center: The Law Offices of Christopher Trainor and Associates, </w:t>
      </w:r>
      <w:r w:rsidR="00AE1124">
        <w:t xml:space="preserve">I create and edit more than ten pages of written content a day. </w:t>
      </w:r>
    </w:p>
    <w:p w14:paraId="63AE550C" w14:textId="27745AAD" w:rsidR="00AE1124" w:rsidRDefault="00AE1124">
      <w:r>
        <w:t>My job is to research and verify complicated legal issues to ensure that we are always presenting content that is 100% accurate and professional. Much of my job involves editing</w:t>
      </w:r>
      <w:r w:rsidR="009D4298">
        <w:t xml:space="preserve"> </w:t>
      </w:r>
      <w:r>
        <w:t>content for all types of marketing material.</w:t>
      </w:r>
    </w:p>
    <w:p w14:paraId="700D4843" w14:textId="61655F2A" w:rsidR="00946BD9" w:rsidRDefault="00405680" w:rsidP="009D4298">
      <w:pPr>
        <w:pStyle w:val="ListBullet"/>
      </w:pPr>
      <w:r>
        <w:t xml:space="preserve">Write and edit </w:t>
      </w:r>
      <w:r w:rsidR="00F2711C">
        <w:t>in-depth legal guides, breaking news content</w:t>
      </w:r>
      <w:r w:rsidR="009D4298">
        <w:t>,</w:t>
      </w:r>
      <w:r w:rsidR="00F2711C">
        <w:t xml:space="preserve"> summarize</w:t>
      </w:r>
      <w:r w:rsidR="009D4298">
        <w:t>d</w:t>
      </w:r>
      <w:r w:rsidR="00F2711C">
        <w:t xml:space="preserve"> case results</w:t>
      </w:r>
      <w:r w:rsidR="009D4298">
        <w:t>, personal bios, informational website pages and other marketing material.</w:t>
      </w:r>
    </w:p>
    <w:p w14:paraId="489A165E" w14:textId="20246C3B" w:rsidR="00946BD9" w:rsidRDefault="00405680">
      <w:pPr>
        <w:pStyle w:val="ListBullet"/>
      </w:pPr>
      <w:r>
        <w:t>Edit</w:t>
      </w:r>
      <w:r w:rsidR="009D4298">
        <w:t>, create</w:t>
      </w:r>
      <w:r>
        <w:t xml:space="preserve"> and fact-check </w:t>
      </w:r>
      <w:r w:rsidR="003D04E5">
        <w:t>Ai and other written</w:t>
      </w:r>
      <w:r>
        <w:t xml:space="preserve"> content to ensure </w:t>
      </w:r>
      <w:r w:rsidR="005C1ABF">
        <w:t xml:space="preserve">legal </w:t>
      </w:r>
      <w:r>
        <w:t xml:space="preserve">accuracy, clarity, </w:t>
      </w:r>
      <w:r w:rsidR="005C1ABF">
        <w:t>grammar readability, style, tone, voice and accessibility to readers.</w:t>
      </w:r>
    </w:p>
    <w:p w14:paraId="2F1516A5" w14:textId="7C337110" w:rsidR="00F2711C" w:rsidRDefault="00F2711C" w:rsidP="00F2711C">
      <w:pPr>
        <w:pStyle w:val="ListBullet"/>
      </w:pPr>
      <w:r>
        <w:t>Develop and program AI agents to improve legal accuracy, style, grammar and readability.</w:t>
      </w:r>
    </w:p>
    <w:p w14:paraId="0C6FB20D" w14:textId="77777777" w:rsidR="00F2711C" w:rsidRDefault="00F2711C">
      <w:pPr>
        <w:pStyle w:val="ListBullet"/>
      </w:pPr>
      <w:r>
        <w:t xml:space="preserve">Optimize content for SEO, AEO, GEO and long-tail searches. </w:t>
      </w:r>
    </w:p>
    <w:p w14:paraId="6F0513CF" w14:textId="62759957" w:rsidR="00542DF3" w:rsidRDefault="00405680" w:rsidP="00F2711C">
      <w:pPr>
        <w:pStyle w:val="ListBullet"/>
      </w:pPr>
      <w:r>
        <w:t xml:space="preserve">Create and coordinate image </w:t>
      </w:r>
      <w:r w:rsidR="005C1ABF">
        <w:t xml:space="preserve">and video </w:t>
      </w:r>
      <w:r>
        <w:t>content</w:t>
      </w:r>
      <w:r w:rsidR="005C1ABF">
        <w:t xml:space="preserve"> intended for social media, website </w:t>
      </w:r>
      <w:r w:rsidR="00F2711C">
        <w:t>pages</w:t>
      </w:r>
      <w:r w:rsidR="005C1ABF">
        <w:t xml:space="preserve"> and google news feed</w:t>
      </w:r>
      <w:r>
        <w:t>.</w:t>
      </w:r>
    </w:p>
    <w:p w14:paraId="5AD5AB2E" w14:textId="78BDD7A2" w:rsidR="00542DF3" w:rsidRDefault="00542DF3">
      <w:pPr>
        <w:pStyle w:val="ListBullet"/>
      </w:pPr>
      <w:r>
        <w:t>Track post performance and ensure content is properly indexed and searchable online.</w:t>
      </w:r>
    </w:p>
    <w:p w14:paraId="7B6E6DF6" w14:textId="3F795E82" w:rsidR="00946BD9" w:rsidRDefault="00405680">
      <w:pPr>
        <w:pStyle w:val="ListBullet"/>
      </w:pPr>
      <w:r>
        <w:t xml:space="preserve">Collaborate with team members on </w:t>
      </w:r>
      <w:r w:rsidR="005C1ABF">
        <w:t xml:space="preserve">social media content creation, website design, brand development </w:t>
      </w:r>
      <w:r w:rsidR="00542DF3">
        <w:t xml:space="preserve">and </w:t>
      </w:r>
      <w:r w:rsidR="00F2711C">
        <w:t>marketing strategy</w:t>
      </w:r>
      <w:r>
        <w:t>.</w:t>
      </w:r>
    </w:p>
    <w:p w14:paraId="567D7CA3" w14:textId="77777777" w:rsidR="00946BD9" w:rsidRDefault="00405680">
      <w:pPr>
        <w:pStyle w:val="Heading2"/>
      </w:pPr>
      <w:r>
        <w:lastRenderedPageBreak/>
        <w:t>Soo Evening News – News Reporter</w:t>
      </w:r>
    </w:p>
    <w:p w14:paraId="2723663D" w14:textId="77777777" w:rsidR="00946BD9" w:rsidRDefault="00405680">
      <w:r>
        <w:t>Sault Ste. Marie, Michigan | March 2022 – October 2025</w:t>
      </w:r>
    </w:p>
    <w:p w14:paraId="1415F0A7" w14:textId="77777777" w:rsidR="00946BD9" w:rsidRDefault="00405680">
      <w:r>
        <w:t>Worked as a reporter for the Soo Evening News, a Gannett publication, covering a wide range of topics including breaking news, local government, education, business, and community issues.</w:t>
      </w:r>
    </w:p>
    <w:p w14:paraId="28BDFCE1" w14:textId="77777777" w:rsidR="00946BD9" w:rsidRDefault="00405680">
      <w:pPr>
        <w:pStyle w:val="ListBullet"/>
      </w:pPr>
      <w:r>
        <w:t>Develop story ideas and determine newsworthiness.</w:t>
      </w:r>
    </w:p>
    <w:p w14:paraId="1B9AFEC9" w14:textId="77777777" w:rsidR="00946BD9" w:rsidRDefault="00405680">
      <w:pPr>
        <w:pStyle w:val="ListBullet"/>
      </w:pPr>
      <w:r>
        <w:t>Research topics through interviews and online sources.</w:t>
      </w:r>
    </w:p>
    <w:p w14:paraId="242D1D98" w14:textId="26065A6A" w:rsidR="00946BD9" w:rsidRDefault="00405680">
      <w:pPr>
        <w:pStyle w:val="ListBullet"/>
      </w:pPr>
      <w:r>
        <w:t>Write, edit and publish articles under tight deadlines.</w:t>
      </w:r>
    </w:p>
    <w:p w14:paraId="71D50903" w14:textId="09FE8687" w:rsidR="00946BD9" w:rsidRDefault="00542DF3">
      <w:pPr>
        <w:pStyle w:val="ListBullet"/>
      </w:pPr>
      <w:r>
        <w:t>Conduct through interviews with and maintain relationships with community sources.</w:t>
      </w:r>
    </w:p>
    <w:p w14:paraId="14C7AC28" w14:textId="1085599E" w:rsidR="00946BD9" w:rsidRDefault="00405680">
      <w:pPr>
        <w:pStyle w:val="ListBullet"/>
      </w:pPr>
      <w:r>
        <w:t xml:space="preserve">Produce </w:t>
      </w:r>
      <w:r w:rsidR="00542DF3">
        <w:t xml:space="preserve">content of every type including </w:t>
      </w:r>
      <w:r>
        <w:t>profiles, breaking news stories, government coverage and feature articles.</w:t>
      </w:r>
    </w:p>
    <w:p w14:paraId="4B243BF1" w14:textId="77777777" w:rsidR="00946BD9" w:rsidRDefault="00405680">
      <w:pPr>
        <w:pStyle w:val="Heading2"/>
      </w:pPr>
      <w:r>
        <w:t>Central Michigan Life – Web Editor / Beat Reporter</w:t>
      </w:r>
    </w:p>
    <w:p w14:paraId="481C7C58" w14:textId="77777777" w:rsidR="00946BD9" w:rsidRDefault="00405680">
      <w:r>
        <w:t>Mount Pleasant, Michigan | September 2018 – December 2021</w:t>
      </w:r>
    </w:p>
    <w:p w14:paraId="07DB161C" w14:textId="77777777" w:rsidR="00946BD9" w:rsidRDefault="00405680">
      <w:r>
        <w:t>Served as both a web editor and beat reporter for Central Michigan Life, producing written content while supporting digital publication and audience engagement efforts.</w:t>
      </w:r>
    </w:p>
    <w:p w14:paraId="7AEBF75A" w14:textId="77777777" w:rsidR="00946BD9" w:rsidRDefault="00405680">
      <w:pPr>
        <w:pStyle w:val="ListBullet"/>
      </w:pPr>
      <w:r>
        <w:t>Create and develop story ideas on a weekly basis.</w:t>
      </w:r>
    </w:p>
    <w:p w14:paraId="497D26F7" w14:textId="77777777" w:rsidR="00946BD9" w:rsidRDefault="00405680">
      <w:pPr>
        <w:pStyle w:val="ListBullet"/>
      </w:pPr>
      <w:r>
        <w:t>Research, interview sources, and write articles for print and online publication.</w:t>
      </w:r>
    </w:p>
    <w:p w14:paraId="614CA187" w14:textId="77777777" w:rsidR="00946BD9" w:rsidRDefault="00405680">
      <w:pPr>
        <w:pStyle w:val="ListBullet"/>
      </w:pPr>
      <w:r>
        <w:t>Write using Associated Press style.</w:t>
      </w:r>
    </w:p>
    <w:p w14:paraId="53DDA30A" w14:textId="77777777" w:rsidR="00946BD9" w:rsidRDefault="00405680">
      <w:pPr>
        <w:pStyle w:val="ListBullet"/>
      </w:pPr>
      <w:r>
        <w:t>Attend and report on meetings of the CMU Academic Senate.</w:t>
      </w:r>
    </w:p>
    <w:p w14:paraId="78C49F28" w14:textId="77777777" w:rsidR="00946BD9" w:rsidRDefault="00405680">
      <w:pPr>
        <w:pStyle w:val="ListBullet"/>
      </w:pPr>
      <w:r>
        <w:t>Compile and interpret social media analytics reports.</w:t>
      </w:r>
    </w:p>
    <w:p w14:paraId="2A1AAA48" w14:textId="77777777" w:rsidR="00946BD9" w:rsidRDefault="00405680">
      <w:pPr>
        <w:pStyle w:val="ListBullet"/>
      </w:pPr>
      <w:r>
        <w:t>Monitor website and social media performance.</w:t>
      </w:r>
    </w:p>
    <w:p w14:paraId="5C036399" w14:textId="77777777" w:rsidR="00946BD9" w:rsidRDefault="00405680">
      <w:pPr>
        <w:pStyle w:val="ListBullet"/>
      </w:pPr>
      <w:r>
        <w:t>Provide technical support related to digital publishing platforms.</w:t>
      </w:r>
    </w:p>
    <w:p w14:paraId="0910BD73" w14:textId="77777777" w:rsidR="00946BD9" w:rsidRDefault="00405680">
      <w:pPr>
        <w:pStyle w:val="ListBullet"/>
      </w:pPr>
      <w:r>
        <w:t>Use analytics data to inform content creation strategies.</w:t>
      </w:r>
    </w:p>
    <w:p w14:paraId="2DC115B9" w14:textId="77777777" w:rsidR="00946BD9" w:rsidRDefault="00405680">
      <w:pPr>
        <w:pStyle w:val="Heading1"/>
      </w:pPr>
      <w:r>
        <w:t>Education</w:t>
      </w:r>
    </w:p>
    <w:p w14:paraId="636B2429" w14:textId="46BCBD97" w:rsidR="00946BD9" w:rsidRDefault="00405680">
      <w:r>
        <w:t>Central Michigan University | Graduated December 2021</w:t>
      </w:r>
      <w:r>
        <w:br/>
        <w:t>Bachelor of Science in Journalism, Minor in Philosophy</w:t>
      </w:r>
      <w:r w:rsidR="005C1ABF">
        <w:t>, certificate in logic and reasoning</w:t>
      </w:r>
    </w:p>
    <w:p w14:paraId="20571D73" w14:textId="77777777" w:rsidR="00946BD9" w:rsidRDefault="00405680">
      <w:r>
        <w:t>Howell High School | Graduated June 2016</w:t>
      </w:r>
      <w:r>
        <w:br/>
        <w:t>Varsity Wrestling Team (2011–2015)</w:t>
      </w:r>
    </w:p>
    <w:p w14:paraId="6FBCA226" w14:textId="77777777" w:rsidR="00663DF7" w:rsidRDefault="00663DF7"/>
    <w:p w14:paraId="47803F81" w14:textId="422703BE" w:rsidR="008C1C27" w:rsidRDefault="008C1C27">
      <w:r>
        <w:t xml:space="preserve"> </w:t>
      </w:r>
    </w:p>
    <w:sectPr w:rsidR="008C1C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492503">
    <w:abstractNumId w:val="8"/>
  </w:num>
  <w:num w:numId="2" w16cid:durableId="21321759">
    <w:abstractNumId w:val="6"/>
  </w:num>
  <w:num w:numId="3" w16cid:durableId="1237714893">
    <w:abstractNumId w:val="5"/>
  </w:num>
  <w:num w:numId="4" w16cid:durableId="1661225595">
    <w:abstractNumId w:val="4"/>
  </w:num>
  <w:num w:numId="5" w16cid:durableId="81338042">
    <w:abstractNumId w:val="7"/>
  </w:num>
  <w:num w:numId="6" w16cid:durableId="407310674">
    <w:abstractNumId w:val="3"/>
  </w:num>
  <w:num w:numId="7" w16cid:durableId="2053841819">
    <w:abstractNumId w:val="2"/>
  </w:num>
  <w:num w:numId="8" w16cid:durableId="1633512496">
    <w:abstractNumId w:val="1"/>
  </w:num>
  <w:num w:numId="9" w16cid:durableId="79240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2F1"/>
    <w:rsid w:val="0006063C"/>
    <w:rsid w:val="0015074B"/>
    <w:rsid w:val="0029639D"/>
    <w:rsid w:val="00326F90"/>
    <w:rsid w:val="003D04E5"/>
    <w:rsid w:val="00405680"/>
    <w:rsid w:val="004604B6"/>
    <w:rsid w:val="004F6EFB"/>
    <w:rsid w:val="00542DF3"/>
    <w:rsid w:val="005C1ABF"/>
    <w:rsid w:val="005C4768"/>
    <w:rsid w:val="00663DF7"/>
    <w:rsid w:val="008C1C27"/>
    <w:rsid w:val="009432E0"/>
    <w:rsid w:val="009459FB"/>
    <w:rsid w:val="00946BD9"/>
    <w:rsid w:val="00951D66"/>
    <w:rsid w:val="009D4298"/>
    <w:rsid w:val="00A27223"/>
    <w:rsid w:val="00AA1D8D"/>
    <w:rsid w:val="00AE1124"/>
    <w:rsid w:val="00B47730"/>
    <w:rsid w:val="00CB0664"/>
    <w:rsid w:val="00D536F6"/>
    <w:rsid w:val="00E94A1E"/>
    <w:rsid w:val="00F0095D"/>
    <w:rsid w:val="00F271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4C8BF4"/>
  <w14:defaultImageDpi w14:val="300"/>
  <w15:docId w15:val="{989C2CA8-40E5-4D07-8851-3308B365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Brendan Wiesner</cp:lastModifiedBy>
  <cp:revision>2</cp:revision>
  <dcterms:created xsi:type="dcterms:W3CDTF">2026-08-30T17:19:00Z</dcterms:created>
  <dcterms:modified xsi:type="dcterms:W3CDTF">2026-08-30T17:19:00Z</dcterms:modified>
  <cp:category/>
</cp:coreProperties>
</file>